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מהדורה למורה – ״בקשה לשיפוץ מגרש הספורט בשכונת הגפן״</w:t>
      </w:r>
    </w:p>
    <w:p>
      <w:pPr>
        <w:bidi w:val="1"/>
        <w:spacing w:after="40" w:before="0"/>
      </w:pPr>
      <w:r>
        <w:rPr>
          <w:rFonts w:ascii="Arial" w:hAnsi="Arial" w:cs="Arial"/>
          <w:b w:val="0"/>
          <w:sz w:val="22"/>
          <w:rtl w:val="1"/>
          <w:szCs w:val="22"/>
        </w:rPr>
        <w:t>דף תרגול קצר: הטקסט, חמשת שלבי פירוק השאלה, מיון לפי ממדים, שאלות בחירה, כתיבה וכרטיס יציאה. מכתב · כיתה ח׳ · מסלול רגיל.</w:t>
      </w:r>
    </w:p>
    <w:p>
      <w:pPr>
        <w:bidi w:val="1"/>
        <w:spacing w:after="40" w:before="0"/>
      </w:pPr>
      <w:r>
        <w:rPr>
          <w:rFonts w:ascii="Arial" w:hAnsi="Arial" w:cs="Arial"/>
          <w:b w:val="0"/>
          <w:color w:val="5D5675"/>
          <w:sz w:val="19"/>
          <w:rtl w:val="1"/>
          <w:szCs w:val="19"/>
        </w:rPr>
        <w:t>⏱️ כ־35–45 דקות. השאלות לקוחות מהטקסט שבאתר (עמוד ״תרגול״ ו״פרקו את השאלה״). תשובות מלאות לדוגמה – גם במהדורה למורה של החוברת המלאה.</w:t>
      </w:r>
    </w:p>
    <w:p>
      <w:pPr>
        <w:bidi w:val="1"/>
        <w:spacing w:after="40" w:before="0"/>
      </w:pPr>
      <w:r>
        <w:rPr>
          <w:rFonts w:ascii="Arial" w:hAnsi="Arial" w:cs="Arial"/>
          <w:b/>
          <w:color w:val="6B4FC4"/>
          <w:sz w:val="22"/>
          <w:rtl w:val="1"/>
          <w:szCs w:val="22"/>
          <w:bCs/>
        </w:rPr>
        <w:t>🔑 מפתח תשובות</w:t>
      </w:r>
    </w:p>
    <w:p>
      <w:pPr>
        <w:bidi w:val="1"/>
        <w:spacing w:after="40" w:before="0"/>
      </w:pPr>
      <w:r>
        <w:rPr>
          <w:rFonts w:ascii="Arial" w:hAnsi="Arial" w:cs="Arial"/>
          <w:b/>
          <w:color w:val="C2417A"/>
          <w:sz w:val="17"/>
          <w:rtl w:val="1"/>
          <w:szCs w:val="17"/>
          <w:bCs/>
        </w:rPr>
        <w:t xml:space="preserve">א׳ 1 · </w:t>
      </w:r>
      <w:r>
        <w:rPr>
          <w:rFonts w:ascii="Arial" w:hAnsi="Arial" w:cs="Arial"/>
          <w:b w:val="0"/>
          <w:sz w:val="17"/>
          <w:rtl w:val="1"/>
          <w:szCs w:val="17"/>
        </w:rPr>
        <w:t>מסמנים: ״מי כתב״ · ״ולמי״ | ממד: איתור מידע | מה עליי לעשות: לחפש בפנייה ובחתימה את הכותבים ואת הנמען ולכתוב את שניהם. | התשובה חייבת לכלול: הכותבים: מועצת התלמידים (יעל ומוחמד); הנמען: ראש המועצה המקומית</w:t>
      </w:r>
    </w:p>
    <w:p>
      <w:pPr>
        <w:bidi w:val="1"/>
        <w:spacing w:after="40" w:before="0"/>
      </w:pPr>
      <w:r>
        <w:rPr>
          <w:rFonts w:ascii="Arial" w:hAnsi="Arial" w:cs="Arial"/>
          <w:b/>
          <w:color w:val="C2417A"/>
          <w:sz w:val="17"/>
          <w:rtl w:val="1"/>
          <w:szCs w:val="17"/>
          <w:bCs/>
        </w:rPr>
        <w:t xml:space="preserve">א׳ 2 · </w:t>
      </w:r>
      <w:r>
        <w:rPr>
          <w:rFonts w:ascii="Arial" w:hAnsi="Arial" w:cs="Arial"/>
          <w:b w:val="0"/>
          <w:sz w:val="17"/>
          <w:rtl w:val="1"/>
          <w:szCs w:val="17"/>
        </w:rPr>
        <w:t>מסמנים: ״מה תפקיד״ · ״ראשית״ · ״שלישית״ · ״בפסקה 4״ · ״הסבירו״ | ממד: פרשנות והיסק | מה עליי לעשות: לזהות שאלה מילות סדר/מנייה ולהסביר מה הן תורמות לשכנוע ולקורא. | התשובה חייבת לכלול: זיהוי: מילות קישור של מנייה/סדר; תפקיד: מארגנות את הנימוקים בבירור; תרומה: הקורא רואה שיש שלושה נימוקים נפרדים – משכנע יותר</w:t>
      </w:r>
    </w:p>
    <w:p>
      <w:pPr>
        <w:bidi w:val="1"/>
        <w:spacing w:after="40" w:before="0"/>
      </w:pPr>
      <w:r>
        <w:rPr>
          <w:rFonts w:ascii="Arial" w:hAnsi="Arial" w:cs="Arial"/>
          <w:b/>
          <w:color w:val="C2417A"/>
          <w:sz w:val="17"/>
          <w:rtl w:val="1"/>
          <w:szCs w:val="17"/>
          <w:bCs/>
        </w:rPr>
        <w:t xml:space="preserve">א׳ 3 · </w:t>
      </w:r>
      <w:r>
        <w:rPr>
          <w:rFonts w:ascii="Arial" w:hAnsi="Arial" w:cs="Arial"/>
          <w:b w:val="0"/>
          <w:sz w:val="17"/>
          <w:rtl w:val="1"/>
          <w:szCs w:val="17"/>
        </w:rPr>
        <w:t>מסמנים: ״איזה״ · ״שלושת הנימוקים״ · ״בפסקה 4״ · ״המשכנע ביותר״ · ״נמקו״ | ממד: הערכה וביקורת | מה עליי לעשות: לבחור נימוק אחד ולהסביר למה הוא ישכנע את ראש המועצה יותר מהאחרים. | התשובה חייבת לכלול: בחירת נימוק אחד; הסבר מדוע הוא משכנע; התייחסות לנמען (ראש המועצה)</w:t>
      </w:r>
    </w:p>
    <w:p>
      <w:pPr>
        <w:bidi w:val="1"/>
        <w:spacing w:after="40" w:before="0"/>
      </w:pPr>
      <w:r>
        <w:rPr>
          <w:rFonts w:ascii="Arial" w:hAnsi="Arial" w:cs="Arial"/>
          <w:b/>
          <w:color w:val="C2417A"/>
          <w:sz w:val="17"/>
          <w:rtl w:val="1"/>
          <w:szCs w:val="17"/>
          <w:bCs/>
        </w:rPr>
        <w:t xml:space="preserve">ב׳ 1 · </w:t>
      </w:r>
      <w:r>
        <w:rPr>
          <w:rFonts w:ascii="Arial" w:hAnsi="Arial" w:cs="Arial"/>
          <w:b w:val="0"/>
          <w:sz w:val="17"/>
          <w:rtl w:val="1"/>
          <w:szCs w:val="17"/>
        </w:rPr>
        <w:t>1–א · 2–ג · 3–ה · 4–ב · 5–ד</w:t>
      </w:r>
    </w:p>
    <w:p>
      <w:pPr>
        <w:bidi w:val="1"/>
        <w:spacing w:after="40" w:before="0"/>
      </w:pPr>
      <w:r>
        <w:rPr>
          <w:rFonts w:ascii="Arial" w:hAnsi="Arial" w:cs="Arial"/>
          <w:b/>
          <w:color w:val="C2417A"/>
          <w:sz w:val="17"/>
          <w:rtl w:val="1"/>
          <w:szCs w:val="17"/>
          <w:bCs/>
        </w:rPr>
        <w:t xml:space="preserve">ב׳ 2 · </w:t>
      </w:r>
      <w:r>
        <w:rPr>
          <w:rFonts w:ascii="Arial" w:hAnsi="Arial" w:cs="Arial"/>
          <w:b w:val="0"/>
          <w:sz w:val="17"/>
          <w:rtl w:val="1"/>
          <w:szCs w:val="17"/>
        </w:rPr>
        <w:t>1 – איתור מידע · 2 – איתור מידע · 3 – פרשנות והיסק · 4 – פרשנות והיסק</w:t>
      </w:r>
    </w:p>
    <w:p>
      <w:pPr>
        <w:bidi w:val="1"/>
        <w:spacing w:after="40" w:before="0"/>
      </w:pPr>
      <w:r>
        <w:rPr>
          <w:rFonts w:ascii="Arial" w:hAnsi="Arial" w:cs="Arial"/>
          <w:b/>
          <w:color w:val="C2417A"/>
          <w:sz w:val="17"/>
          <w:rtl w:val="1"/>
          <w:szCs w:val="17"/>
          <w:bCs/>
        </w:rPr>
        <w:t xml:space="preserve">ב׳ 3 · </w:t>
      </w:r>
      <w:r>
        <w:rPr>
          <w:rFonts w:ascii="Arial" w:hAnsi="Arial" w:cs="Arial"/>
          <w:b w:val="0"/>
          <w:sz w:val="17"/>
          <w:rtl w:val="1"/>
          <w:szCs w:val="17"/>
        </w:rPr>
        <w:t>1 – א (אין תאורה) · 2 – א (ינקו ויצבעו)</w:t>
      </w:r>
    </w:p>
    <w:p>
      <w:pPr>
        <w:bidi w:val="1"/>
        <w:spacing w:after="40" w:before="0"/>
      </w:pPr>
      <w:r>
        <w:rPr>
          <w:rFonts w:ascii="Arial" w:hAnsi="Arial" w:cs="Arial"/>
          <w:b/>
          <w:color w:val="C2417A"/>
          <w:sz w:val="17"/>
          <w:rtl w:val="1"/>
          <w:szCs w:val="17"/>
          <w:bCs/>
        </w:rPr>
        <w:t xml:space="preserve">ג׳ 1 · </w:t>
      </w:r>
      <w:r>
        <w:rPr>
          <w:rFonts w:ascii="Arial" w:hAnsi="Arial" w:cs="Arial"/>
          <w:b w:val="0"/>
          <w:sz w:val="17"/>
          <w:rtl w:val="1"/>
          <w:szCs w:val="17"/>
        </w:rPr>
        <w:t>שאלה 9 · הערכה וביקורת · חייבת לכלול: עמדה על התאמת הלשון; שתי דוגמאות לשוניות מהמכתב; הצעת שיפור מוגדרת (יש לקבל כל עמדה מנומקת)</w:t>
      </w:r>
    </w:p>
    <w:p>
      <w:pPr>
        <w:bidi w:val="1"/>
        <w:spacing w:after="40" w:before="0"/>
      </w:pPr>
      <w:r>
        <w:rPr>
          <w:rFonts w:ascii="Arial" w:hAnsi="Arial" w:cs="Arial"/>
          <w:b/>
          <w:color w:val="6B4FC4"/>
          <w:sz w:val="22"/>
          <w:rtl w:val="1"/>
          <w:szCs w:val="22"/>
          <w:bCs/>
        </w:rPr>
        <w:t>🎟️ כרטיס יציאה</w:t>
      </w:r>
    </w:p>
    <w:p>
      <w:pPr>
        <w:bidi w:val="1"/>
        <w:spacing w:after="40" w:before="0"/>
      </w:pPr>
      <w:r>
        <w:rPr>
          <w:rFonts w:ascii="Arial" w:hAnsi="Arial" w:cs="Arial"/>
          <w:b w:val="0"/>
          <w:color w:val="5D5675"/>
          <w:sz w:val="19"/>
          <w:rtl w:val="1"/>
          <w:szCs w:val="19"/>
        </w:rPr>
        <w:t>תשובות אישיות. כדאי לאסוף ולבדוק: האם התלמידים והתלמידות מזהים מילת שאלה ויודעים מה היא דורשת?</w:t>
      </w:r>
    </w:p>
    <w:p>
      <w:r>
        <w:br w:type="page"/>
      </w:r>
    </w:p>
    <w:p>
      <w:pPr>
        <w:pStyle w:val="Heading1"/>
        <w:bidi w:val="1"/>
      </w:pPr>
      <w:r>
        <w:rPr>
          <w:rFonts w:ascii="Arial" w:hAnsi="Arial" w:cs="Arial"/>
          <w:b/>
          <w:color w:val="C2417A"/>
          <w:sz w:val="40"/>
          <w:rtl w:val="1"/>
          <w:szCs w:val="40"/>
          <w:bCs/>
        </w:rPr>
        <w:t>✏️ דף התלמיד/ה – ״בקשה לשיפוץ מגרש הספורט בשכונת הגפן״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מכתב · כיתה ח׳ · מסלול רגיל</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מכתב</w:t>
            </w:r>
          </w:p>
          <w:p>
            <w:pPr>
              <w:bidi w:val="1"/>
            </w:pPr>
            <w:r>
              <w:rPr>
                <w:rFonts w:ascii="Arial" w:hAnsi="Arial" w:cs="Arial"/>
                <w:b/>
                <w:color w:val="C2417A"/>
                <w:sz w:val="20"/>
                <w:rtl w:val="1"/>
                <w:szCs w:val="20"/>
                <w:bCs/>
              </w:rPr>
              <w:t>בקשה לשיפוץ מגרש הספורט בשכונת הגפן</w:t>
            </w:r>
          </w:p>
          <w:p>
            <w:pPr>
              <w:bidi w:val="1"/>
            </w:pPr>
            <w:r>
              <w:rPr>
                <w:rFonts w:ascii="Arial" w:hAnsi="Arial" w:cs="Arial"/>
                <w:b/>
                <w:color w:val="5D5675"/>
                <w:sz w:val="20"/>
                <w:rtl w:val="1"/>
                <w:szCs w:val="20"/>
                <w:bCs/>
              </w:rPr>
              <w:t>מכתב רשמי של מועצת התלמידים אל ראש המועצה המקומית</w:t>
            </w:r>
          </w:p>
          <w:p>
            <w:pPr>
              <w:bidi w:val="1"/>
            </w:pPr>
            <w:r>
              <w:rPr>
                <w:rFonts w:ascii="Arial" w:hAnsi="Arial" w:cs="Arial"/>
                <w:b/>
                <w:color w:val="7A5BD6"/>
                <w:sz w:val="20"/>
                <w:rtl w:val="1"/>
                <w:szCs w:val="20"/>
                <w:bCs/>
              </w:rPr>
              <w:t xml:space="preserve">(1)  </w:t>
            </w:r>
            <w:r>
              <w:rPr>
                <w:rFonts w:ascii="Arial" w:hAnsi="Arial" w:cs="Arial"/>
                <w:b w:val="0"/>
                <w:sz w:val="20"/>
                <w:rtl w:val="1"/>
                <w:szCs w:val="20"/>
              </w:rPr>
              <w:t>לכבוד</w:t>
              <w:br/>
              <w:t>מר אברהם שטרן, ראש המועצה המקומית</w:t>
              <w:br/>
              <w:t>הנדון: בקשה לשיפוץ מגרש הספורט בשכונת הגפן</w:t>
              <w:br/>
              <w:t>שלום רב,</w:t>
            </w:r>
          </w:p>
          <w:p>
            <w:pPr>
              <w:bidi w:val="1"/>
            </w:pPr>
            <w:r>
              <w:rPr>
                <w:rFonts w:ascii="Arial" w:hAnsi="Arial" w:cs="Arial"/>
                <w:b/>
                <w:color w:val="7A5BD6"/>
                <w:sz w:val="20"/>
                <w:rtl w:val="1"/>
                <w:szCs w:val="20"/>
                <w:bCs/>
              </w:rPr>
              <w:t xml:space="preserve">(2)  </w:t>
            </w:r>
            <w:r>
              <w:rPr>
                <w:rFonts w:ascii="Arial" w:hAnsi="Arial" w:cs="Arial"/>
                <w:b w:val="0"/>
                <w:sz w:val="20"/>
                <w:rtl w:val="1"/>
                <w:szCs w:val="20"/>
              </w:rPr>
              <w:t>אנו, חברות וחברי מועצת התלמידים של חטיבת הביניים בשכונה, פונים אליך בשם התלמידים ובני הנוער בשכונת הגפן. מגרש הספורט שבין רחוב הזית לגן הציבורי הוא המקום היחיד בשכונה שבו אפשר לשחק כדורסל וכדורגל בחינם, אחרי שעות הלימודים ובחופשות. לפני כחמש־עשרה שנה הוא היה גאוות השכונה, אך כיום מצבו קשה: המשטח סדוק ומלא בורות, אחד מסלי הכדורסל שבור, הגדר קרועה בכמה מקומות, ואין בו תאורה כלל. בשל כך רבים מאיתנו מוותרים על המשחק, ואחרים נאלצים לנסוע למגרשים בשכונות אחרות, רחוק מהבית ובלי השגחה של מבוגרים.</w:t>
            </w:r>
          </w:p>
          <w:p>
            <w:pPr>
              <w:bidi w:val="1"/>
            </w:pPr>
            <w:r>
              <w:rPr>
                <w:rFonts w:ascii="Arial" w:hAnsi="Arial" w:cs="Arial"/>
                <w:b/>
                <w:color w:val="7A5BD6"/>
                <w:sz w:val="20"/>
                <w:rtl w:val="1"/>
                <w:szCs w:val="20"/>
                <w:bCs/>
              </w:rPr>
              <w:t xml:space="preserve">(3)  </w:t>
            </w:r>
            <w:r>
              <w:rPr>
                <w:rFonts w:ascii="Arial" w:hAnsi="Arial" w:cs="Arial"/>
                <w:b w:val="0"/>
                <w:sz w:val="20"/>
                <w:rtl w:val="1"/>
                <w:szCs w:val="20"/>
              </w:rPr>
              <w:t>בעקבות זאת, אנו מבקשים מהמועצה לשפץ את המגרש עד תחילת הקיץ הקרוב. בקשתנו כוללת ארבעה דברים עיקריים: יישור המשטח וצביעת הקווים מחדש, החלפת הסלים והשערים, תיקון הגדר והתקנת תאורה שתאפשר לשחק עד השעה תשע בערב. נשמח אם יוצבו גם שני ספסלים וברזייה, כדי שגם הורים ואחים קטנים יוכלו ליהנות מהמקום. חשוב לנו שהשיפוץ יתוכנן גם עבור ילדים עם מוגבלות, למשל בעזרת כניסה רחבה ושיפוע מתאים לכיסא גלגלים.</w:t>
            </w:r>
          </w:p>
          <w:p>
            <w:pPr>
              <w:bidi w:val="1"/>
            </w:pPr>
            <w:r>
              <w:rPr>
                <w:rFonts w:ascii="Arial" w:hAnsi="Arial" w:cs="Arial"/>
                <w:b/>
                <w:color w:val="7A5BD6"/>
                <w:sz w:val="20"/>
                <w:rtl w:val="1"/>
                <w:szCs w:val="20"/>
                <w:bCs/>
              </w:rPr>
              <w:t xml:space="preserve">(4)  </w:t>
            </w:r>
            <w:r>
              <w:rPr>
                <w:rFonts w:ascii="Arial" w:hAnsi="Arial" w:cs="Arial"/>
                <w:b w:val="0"/>
                <w:sz w:val="20"/>
                <w:rtl w:val="1"/>
                <w:szCs w:val="20"/>
              </w:rPr>
              <w:t>לבקשתנו כמה נימוקים. ראשית, בטיחות: בחודשים האחרונים נפצעו שלושה ילדים קל בברכיים ובקרסוליים בגלל הבורות במשטח, ובשעות החשיכה המגרש חשוך ומסוכן. שנית, בריאות: כשאין מקום נוח ובטוח לשחק בו, בני נוער נשארים בבית ומבלים שעות מול מסכים. מגרש מתוחזק ומואר יעודד אותנו לצאת ולהתאמן. שלישית, קהילה: המגרש הוא מקום מפגש לילדים מכל רחבי השכונה – ותיקים ועולים חדשים, ממשפחות שונות – ובו נוצרות חברויות שלא היו נוצרות בדרך אחרת. לבסוף, מגרש מטופל ומואר שומר גם על הניקיון ועל השקט בסביבה, כי מקום שאכפת למישהו ממנו נשמר טוב יותר.</w:t>
            </w:r>
          </w:p>
          <w:p>
            <w:pPr>
              <w:bidi w:val="1"/>
            </w:pPr>
            <w:r>
              <w:rPr>
                <w:rFonts w:ascii="Arial" w:hAnsi="Arial" w:cs="Arial"/>
                <w:b/>
                <w:color w:val="7A5BD6"/>
                <w:sz w:val="20"/>
                <w:rtl w:val="1"/>
                <w:szCs w:val="20"/>
                <w:bCs/>
              </w:rPr>
              <w:t xml:space="preserve">(5)  </w:t>
            </w:r>
            <w:r>
              <w:rPr>
                <w:rFonts w:ascii="Arial" w:hAnsi="Arial" w:cs="Arial"/>
                <w:b w:val="0"/>
                <w:sz w:val="20"/>
                <w:rtl w:val="1"/>
                <w:szCs w:val="20"/>
              </w:rPr>
              <w:t>אנו יודעים שתקציב המועצה מוגבל ושיש צרכים רבים. לכן אנו מציעים גם את עזרתנו: תלמידי השכבה יתנדבו לנקות את המגרש ולצבוע את הספסלים, ונארגן "טורניר פתיחה" שכונתי כשהשיפוץ יסתיים. בנוסף, צירפנו למכתב עצומה עליה חתמו מאתיים ועשרה תלמידים והורים מהשכונה, ותמונות של המצב הנוכחי.</w:t>
            </w:r>
          </w:p>
          <w:p>
            <w:pPr>
              <w:bidi w:val="1"/>
            </w:pPr>
            <w:r>
              <w:rPr>
                <w:rFonts w:ascii="Arial" w:hAnsi="Arial" w:cs="Arial"/>
                <w:b/>
                <w:color w:val="7A5BD6"/>
                <w:sz w:val="20"/>
                <w:rtl w:val="1"/>
                <w:szCs w:val="20"/>
                <w:bCs/>
              </w:rPr>
              <w:t xml:space="preserve">(6)  </w:t>
            </w:r>
            <w:r>
              <w:rPr>
                <w:rFonts w:ascii="Arial" w:hAnsi="Arial" w:cs="Arial"/>
                <w:b w:val="0"/>
                <w:sz w:val="20"/>
                <w:rtl w:val="1"/>
                <w:szCs w:val="20"/>
              </w:rPr>
              <w:t>נשמח להיפגש איתך, או עם נציג מטעמך, כדי להציג את הבקשה ולשמוע את תשובתך. אנו בטוחים שמגרש מחודש יהיה רווח לכל תושבי השכונה, צעירים ומבוגרים כאחד, ויהיה עדות לכך שהמועצה מקשיבה לקולם של בני הנוער ומשקיעה בעתיד השכונה.</w:t>
              <w:br/>
              <w:t>בתודה מראש ובכבוד רב,</w:t>
              <w:br/>
              <w:t>יעל אוחיון ומוחמד עבאס, יושבי ראש מועצת התלמידים</w:t>
              <w:br/>
              <w:t>בשם מועצת התלמידים</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הנדון – הנושא של המכתב · מתוחזק – שמטפלים בו ושומרים עליו במצב טוב · תקציב – הכסף שיש למוסד להוציא · עצומה – מכתב או רשימה שהרבה אנשים חותמים עליה כדי לבקש משהו · נציג – מי שבא בשם מישהו אחר · רווח – תועלת, דבר טוב שמקבלים</w:t>
            </w:r>
          </w:p>
        </w:tc>
      </w:tr>
    </w:tbl>
    <w:p>
      <w:pPr>
        <w:bidi w:val="1"/>
        <w:spacing w:after="40" w:before="0"/>
      </w:pPr>
    </w:p>
    <w:p>
      <w:pPr>
        <w:pStyle w:val="Heading2"/>
        <w:bidi w:val="1"/>
      </w:pPr>
      <w:r>
        <w:rPr>
          <w:rFonts w:ascii="Arial" w:hAnsi="Arial" w:cs="Arial"/>
          <w:b/>
          <w:color w:val="2B8F86"/>
          <w:sz w:val="30"/>
          <w:rtl w:val="1"/>
          <w:szCs w:val="30"/>
          <w:bCs/>
        </w:rPr>
        <w:t>חלק א׳ – מפרקים את השאלה בחמישה שלבים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לכל שאלה: ① קראו עד הסוף ② כתבו מה השאלה כבר מספרת ③ סמנו בעיפרון את מילת השאלה ואת מילות המשימה ④ בחרו ממד וכתבו מה עליכם לעשות ⑤ ענו במשפטים מלאים.</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מי כתב את המכתב, ולמי הוא נשלח?</w:t>
      </w:r>
      <w:r>
        <w:rPr>
          <w:rFonts w:ascii="Arial" w:hAnsi="Arial" w:cs="Arial"/>
          <w:b w:val="0"/>
          <w:color w:val="7A7392"/>
          <w:sz w:val="17"/>
          <w:rtl w:val="1"/>
          <w:szCs w:val="17"/>
        </w:rPr>
        <w:t xml:space="preserve">  (שאלה 1 בטקסט · 9 נק׳)</w:t>
      </w:r>
    </w:p>
    <w:p>
      <w:pPr>
        <w:bidi w:val="1"/>
        <w:spacing w:after="40" w:before="0"/>
      </w:pPr>
      <w:r>
        <w:rPr>
          <w:rFonts w:ascii="Arial" w:hAnsi="Arial" w:cs="Arial"/>
          <w:b w:val="0"/>
          <w:sz w:val="20"/>
          <w:rtl w:val="1"/>
          <w:szCs w:val="20"/>
        </w:rPr>
        <w:t>② מה השאלה מספרת לי? ________________________________________</w:t>
      </w:r>
    </w:p>
    <w:p>
      <w:pPr>
        <w:bidi w:val="1"/>
        <w:spacing w:after="40" w:before="0"/>
      </w:pPr>
      <w:r>
        <w:rPr>
          <w:rFonts w:ascii="Arial" w:hAnsi="Arial" w:cs="Arial"/>
          <w:b/>
          <w:sz w:val="20"/>
          <w:rtl w:val="1"/>
          <w:szCs w:val="20"/>
          <w:bCs/>
        </w:rPr>
        <w:t xml:space="preserve">③ סימנתי ☐    ④ </w:t>
      </w:r>
      <w:r>
        <w:rPr>
          <w:rFonts w:ascii="Arial" w:hAnsi="Arial" w:cs="Arial"/>
          <w:b w:val="0"/>
          <w:sz w:val="20"/>
          <w:rtl w:val="1"/>
          <w:szCs w:val="20"/>
        </w:rPr>
        <w:t xml:space="preserve">ממד:  </w:t>
      </w:r>
      <w:r>
        <w:rPr>
          <w:rFonts w:ascii="Arial" w:hAnsi="Arial" w:cs="Arial"/>
          <w:b/>
          <w:color w:val="1F7A72"/>
          <w:sz w:val="20"/>
          <w:rtl w:val="1"/>
          <w:szCs w:val="20"/>
          <w:bCs/>
        </w:rPr>
        <w:t xml:space="preserve">◯ 🔍 איתור מידע     </w:t>
      </w:r>
      <w:r>
        <w:rPr>
          <w:rFonts w:ascii="Arial" w:hAnsi="Arial" w:cs="Arial"/>
          <w:b/>
          <w:color w:val="B8336D"/>
          <w:sz w:val="20"/>
          <w:rtl w:val="1"/>
          <w:szCs w:val="20"/>
          <w:bCs/>
        </w:rPr>
        <w:t xml:space="preserve">◯ 🧩 פרשנות והיסק     </w:t>
      </w:r>
      <w:r>
        <w:rPr>
          <w:rFonts w:ascii="Arial" w:hAnsi="Arial" w:cs="Arial"/>
          <w:b/>
          <w:color w:val="5B3FC0"/>
          <w:sz w:val="20"/>
          <w:rtl w:val="1"/>
          <w:szCs w:val="20"/>
          <w:bCs/>
        </w:rPr>
        <w:t xml:space="preserve">◯ ⚖️ הערכה וביקורת     </w:t>
      </w:r>
    </w:p>
    <w:p>
      <w:pPr>
        <w:bidi w:val="1"/>
        <w:spacing w:after="40" w:before="0"/>
      </w:pPr>
      <w:r>
        <w:rPr>
          <w:rFonts w:ascii="Arial" w:hAnsi="Arial" w:cs="Arial"/>
          <w:b w:val="0"/>
          <w:sz w:val="20"/>
          <w:rtl w:val="1"/>
          <w:szCs w:val="20"/>
        </w:rPr>
        <w:t>④ מה עליי לעשות? ____________________________________________</w:t>
      </w:r>
    </w:p>
    <w:p>
      <w:pPr>
        <w:bidi w:val="1"/>
        <w:spacing w:after="40" w:before="0"/>
      </w:pPr>
      <w:r>
        <w:rPr>
          <w:rFonts w:ascii="Arial" w:hAnsi="Arial" w:cs="Arial"/>
          <w:b w:val="0"/>
          <w:sz w:val="20"/>
          <w:rtl w:val="1"/>
          <w:szCs w:val="20"/>
        </w:rPr>
        <w:t>⑤ התשובה שלי: 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תפקיד המילים "ראשית", "שנית", "שלישית" בפסקה 4? הסבירו כיצד הן עוזרות לכותבים.</w:t>
      </w:r>
      <w:r>
        <w:rPr>
          <w:rFonts w:ascii="Arial" w:hAnsi="Arial" w:cs="Arial"/>
          <w:b w:val="0"/>
          <w:color w:val="7A7392"/>
          <w:sz w:val="17"/>
          <w:rtl w:val="1"/>
          <w:szCs w:val="17"/>
        </w:rPr>
        <w:t xml:space="preserve">  (שאלה 4 בטקסט · 11 נק׳)</w:t>
      </w:r>
    </w:p>
    <w:p>
      <w:pPr>
        <w:bidi w:val="1"/>
        <w:spacing w:after="40" w:before="0"/>
      </w:pPr>
      <w:r>
        <w:rPr>
          <w:rFonts w:ascii="Arial" w:hAnsi="Arial" w:cs="Arial"/>
          <w:b w:val="0"/>
          <w:sz w:val="20"/>
          <w:rtl w:val="1"/>
          <w:szCs w:val="20"/>
        </w:rPr>
        <w:t>② מה השאלה מספרת לי? ________________________________________</w:t>
      </w:r>
    </w:p>
    <w:p>
      <w:pPr>
        <w:bidi w:val="1"/>
        <w:spacing w:after="40" w:before="0"/>
      </w:pPr>
      <w:r>
        <w:rPr>
          <w:rFonts w:ascii="Arial" w:hAnsi="Arial" w:cs="Arial"/>
          <w:b/>
          <w:sz w:val="20"/>
          <w:rtl w:val="1"/>
          <w:szCs w:val="20"/>
          <w:bCs/>
        </w:rPr>
        <w:t xml:space="preserve">③ סימנתי ☐    ④ </w:t>
      </w:r>
      <w:r>
        <w:rPr>
          <w:rFonts w:ascii="Arial" w:hAnsi="Arial" w:cs="Arial"/>
          <w:b w:val="0"/>
          <w:sz w:val="20"/>
          <w:rtl w:val="1"/>
          <w:szCs w:val="20"/>
        </w:rPr>
        <w:t xml:space="preserve">ממד:  </w:t>
      </w:r>
      <w:r>
        <w:rPr>
          <w:rFonts w:ascii="Arial" w:hAnsi="Arial" w:cs="Arial"/>
          <w:b/>
          <w:color w:val="1F7A72"/>
          <w:sz w:val="20"/>
          <w:rtl w:val="1"/>
          <w:szCs w:val="20"/>
          <w:bCs/>
        </w:rPr>
        <w:t xml:space="preserve">◯ 🔍 איתור מידע     </w:t>
      </w:r>
      <w:r>
        <w:rPr>
          <w:rFonts w:ascii="Arial" w:hAnsi="Arial" w:cs="Arial"/>
          <w:b/>
          <w:color w:val="B8336D"/>
          <w:sz w:val="20"/>
          <w:rtl w:val="1"/>
          <w:szCs w:val="20"/>
          <w:bCs/>
        </w:rPr>
        <w:t xml:space="preserve">◯ 🧩 פרשנות והיסק     </w:t>
      </w:r>
      <w:r>
        <w:rPr>
          <w:rFonts w:ascii="Arial" w:hAnsi="Arial" w:cs="Arial"/>
          <w:b/>
          <w:color w:val="5B3FC0"/>
          <w:sz w:val="20"/>
          <w:rtl w:val="1"/>
          <w:szCs w:val="20"/>
          <w:bCs/>
        </w:rPr>
        <w:t xml:space="preserve">◯ ⚖️ הערכה וביקורת     </w:t>
      </w:r>
    </w:p>
    <w:p>
      <w:pPr>
        <w:bidi w:val="1"/>
        <w:spacing w:after="40" w:before="0"/>
      </w:pPr>
      <w:r>
        <w:rPr>
          <w:rFonts w:ascii="Arial" w:hAnsi="Arial" w:cs="Arial"/>
          <w:b w:val="0"/>
          <w:sz w:val="20"/>
          <w:rtl w:val="1"/>
          <w:szCs w:val="20"/>
        </w:rPr>
        <w:t>④ מה עליי לעשות? ____________________________________________</w:t>
      </w:r>
    </w:p>
    <w:p>
      <w:pPr>
        <w:bidi w:val="1"/>
        <w:spacing w:after="40" w:before="0"/>
      </w:pPr>
      <w:r>
        <w:rPr>
          <w:rFonts w:ascii="Arial" w:hAnsi="Arial" w:cs="Arial"/>
          <w:b w:val="0"/>
          <w:sz w:val="20"/>
          <w:rtl w:val="1"/>
          <w:szCs w:val="20"/>
        </w:rPr>
        <w:t>⑤ התשובה שלי: 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איזה מבין שלושת הנימוקים בפסקה 4 הוא המשכנע ביותר לדעתכם? נמקו.</w:t>
      </w:r>
      <w:r>
        <w:rPr>
          <w:rFonts w:ascii="Arial" w:hAnsi="Arial" w:cs="Arial"/>
          <w:b w:val="0"/>
          <w:color w:val="7A7392"/>
          <w:sz w:val="17"/>
          <w:rtl w:val="1"/>
          <w:szCs w:val="17"/>
        </w:rPr>
        <w:t xml:space="preserve">  (שאלה 8 בטקסט · 12 נק׳)</w:t>
      </w:r>
    </w:p>
    <w:p>
      <w:pPr>
        <w:bidi w:val="1"/>
        <w:spacing w:after="40" w:before="0"/>
      </w:pPr>
      <w:r>
        <w:rPr>
          <w:rFonts w:ascii="Arial" w:hAnsi="Arial" w:cs="Arial"/>
          <w:b w:val="0"/>
          <w:sz w:val="20"/>
          <w:rtl w:val="1"/>
          <w:szCs w:val="20"/>
        </w:rPr>
        <w:t>② מה השאלה מספרת לי? ________________________________________</w:t>
      </w:r>
    </w:p>
    <w:p>
      <w:pPr>
        <w:bidi w:val="1"/>
        <w:spacing w:after="40" w:before="0"/>
      </w:pPr>
      <w:r>
        <w:rPr>
          <w:rFonts w:ascii="Arial" w:hAnsi="Arial" w:cs="Arial"/>
          <w:b/>
          <w:sz w:val="20"/>
          <w:rtl w:val="1"/>
          <w:szCs w:val="20"/>
          <w:bCs/>
        </w:rPr>
        <w:t xml:space="preserve">③ סימנתי ☐    ④ </w:t>
      </w:r>
      <w:r>
        <w:rPr>
          <w:rFonts w:ascii="Arial" w:hAnsi="Arial" w:cs="Arial"/>
          <w:b w:val="0"/>
          <w:sz w:val="20"/>
          <w:rtl w:val="1"/>
          <w:szCs w:val="20"/>
        </w:rPr>
        <w:t xml:space="preserve">ממד:  </w:t>
      </w:r>
      <w:r>
        <w:rPr>
          <w:rFonts w:ascii="Arial" w:hAnsi="Arial" w:cs="Arial"/>
          <w:b/>
          <w:color w:val="1F7A72"/>
          <w:sz w:val="20"/>
          <w:rtl w:val="1"/>
          <w:szCs w:val="20"/>
          <w:bCs/>
        </w:rPr>
        <w:t xml:space="preserve">◯ 🔍 איתור מידע     </w:t>
      </w:r>
      <w:r>
        <w:rPr>
          <w:rFonts w:ascii="Arial" w:hAnsi="Arial" w:cs="Arial"/>
          <w:b/>
          <w:color w:val="B8336D"/>
          <w:sz w:val="20"/>
          <w:rtl w:val="1"/>
          <w:szCs w:val="20"/>
          <w:bCs/>
        </w:rPr>
        <w:t xml:space="preserve">◯ 🧩 פרשנות והיסק     </w:t>
      </w:r>
      <w:r>
        <w:rPr>
          <w:rFonts w:ascii="Arial" w:hAnsi="Arial" w:cs="Arial"/>
          <w:b/>
          <w:color w:val="5B3FC0"/>
          <w:sz w:val="20"/>
          <w:rtl w:val="1"/>
          <w:szCs w:val="20"/>
          <w:bCs/>
        </w:rPr>
        <w:t xml:space="preserve">◯ ⚖️ הערכה וביקורת     </w:t>
      </w:r>
    </w:p>
    <w:p>
      <w:pPr>
        <w:bidi w:val="1"/>
        <w:spacing w:after="40" w:before="0"/>
      </w:pPr>
      <w:r>
        <w:rPr>
          <w:rFonts w:ascii="Arial" w:hAnsi="Arial" w:cs="Arial"/>
          <w:b w:val="0"/>
          <w:sz w:val="20"/>
          <w:rtl w:val="1"/>
          <w:szCs w:val="20"/>
        </w:rPr>
        <w:t>④ מה עליי לעשות? ____________________________________________</w:t>
      </w:r>
    </w:p>
    <w:p>
      <w:pPr>
        <w:bidi w:val="1"/>
        <w:spacing w:after="40" w:before="0"/>
      </w:pPr>
      <w:r>
        <w:rPr>
          <w:rFonts w:ascii="Arial" w:hAnsi="Arial" w:cs="Arial"/>
          <w:b w:val="0"/>
          <w:sz w:val="20"/>
          <w:rtl w:val="1"/>
          <w:szCs w:val="20"/>
        </w:rPr>
        <w:t>⑤ התשובה שלי: 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 מילות שאלה, ממדים והבנה</w:t>
      </w:r>
    </w:p>
    <w:p>
      <w:pPr>
        <w:bidi w:val="1"/>
        <w:spacing w:after="60" w:before="0"/>
      </w:pPr>
      <w:r>
        <w:rPr>
          <w:rFonts w:ascii="Arial" w:hAnsi="Arial" w:cs="Arial"/>
          <w:b/>
          <w:color w:val="6B4FC4"/>
          <w:sz w:val="22"/>
          <w:rtl w:val="1"/>
          <w:szCs w:val="22"/>
          <w:bCs/>
        </w:rPr>
        <w:t>1. התאימו כל מילת שאלה למה שהיא מבקשת לעשות. כתבו את האות המתאימה.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67"/>
        <w:gridCol w:w="3118"/>
        <w:gridCol w:w="907"/>
        <w:gridCol w:w="510"/>
        <w:gridCol w:w="4535"/>
      </w:tblGrid>
      <w:tr>
        <w:tc>
          <w:tcPr>
            <w:tcW w:type="dxa" w:w="567"/>
            <w:shd w:val="clear" w:fill="FDE4EE"/>
          </w:tcPr>
          <w:p>
            <w:pPr>
              <w:bidi w:val="1"/>
            </w:pPr>
            <w:r>
              <w:rPr>
                <w:rFonts w:ascii="Arial" w:hAnsi="Arial" w:cs="Arial"/>
                <w:b/>
                <w:color w:val="8C2556"/>
                <w:sz w:val="18"/>
                <w:rtl w:val="1"/>
                <w:szCs w:val="18"/>
                <w:bCs/>
              </w:rPr>
              <w:t>#</w:t>
            </w:r>
          </w:p>
        </w:tc>
        <w:tc>
          <w:tcPr>
            <w:tcW w:type="dxa" w:w="3118"/>
            <w:shd w:val="clear" w:fill="FDE4EE"/>
          </w:tcPr>
          <w:p>
            <w:pPr>
              <w:bidi w:val="1"/>
            </w:pPr>
            <w:r>
              <w:rPr>
                <w:rFonts w:ascii="Arial" w:hAnsi="Arial" w:cs="Arial"/>
                <w:b/>
                <w:color w:val="8C2556"/>
                <w:sz w:val="18"/>
                <w:rtl w:val="1"/>
                <w:szCs w:val="18"/>
                <w:bCs/>
              </w:rPr>
              <w:t>מילת השאלה</w:t>
            </w:r>
          </w:p>
        </w:tc>
        <w:tc>
          <w:tcPr>
            <w:tcW w:type="dxa" w:w="907"/>
            <w:shd w:val="clear" w:fill="FDE4EE"/>
          </w:tcPr>
          <w:p>
            <w:pPr>
              <w:bidi w:val="1"/>
            </w:pPr>
            <w:r>
              <w:rPr>
                <w:rFonts w:ascii="Arial" w:hAnsi="Arial" w:cs="Arial"/>
                <w:b/>
                <w:color w:val="8C2556"/>
                <w:sz w:val="18"/>
                <w:rtl w:val="1"/>
                <w:szCs w:val="18"/>
                <w:bCs/>
              </w:rPr>
              <w:t>האות</w:t>
            </w:r>
          </w:p>
        </w:tc>
        <w:tc>
          <w:tcPr>
            <w:tcW w:type="dxa" w:w="510"/>
            <w:shd w:val="clear" w:fill="FDE4EE"/>
          </w:tcPr>
          <w:p>
            <w:pPr>
              <w:bidi w:val="1"/>
            </w:pPr>
            <w:r>
              <w:rPr>
                <w:rFonts w:ascii="Arial" w:hAnsi="Arial" w:cs="Arial"/>
                <w:b/>
                <w:color w:val="8C2556"/>
                <w:sz w:val="18"/>
                <w:rtl w:val="1"/>
                <w:szCs w:val="18"/>
                <w:bCs/>
              </w:rPr>
            </w:r>
          </w:p>
        </w:tc>
        <w:tc>
          <w:tcPr>
            <w:tcW w:type="dxa" w:w="4535"/>
            <w:shd w:val="clear" w:fill="FDE4EE"/>
          </w:tcPr>
          <w:p>
            <w:pPr>
              <w:bidi w:val="1"/>
            </w:pPr>
            <w:r>
              <w:rPr>
                <w:rFonts w:ascii="Arial" w:hAnsi="Arial" w:cs="Arial"/>
                <w:b/>
                <w:color w:val="8C2556"/>
                <w:sz w:val="18"/>
                <w:rtl w:val="1"/>
                <w:szCs w:val="18"/>
                <w:bCs/>
              </w:rPr>
              <w:t>מה עליי לעשות?</w:t>
            </w:r>
          </w:p>
        </w:tc>
      </w:tr>
      <w:tr>
        <w:tc>
          <w:tcPr>
            <w:tcW w:type="dxa" w:w="567"/>
          </w:tcPr>
          <w:p>
            <w:pPr>
              <w:bidi w:val="1"/>
              <w:jc w:val="center"/>
            </w:pPr>
            <w:r>
              <w:rPr>
                <w:rFonts w:ascii="Arial" w:hAnsi="Arial" w:cs="Arial"/>
                <w:b w:val="0"/>
                <w:sz w:val="20"/>
                <w:rtl w:val="1"/>
                <w:szCs w:val="20"/>
              </w:rPr>
              <w:t>1</w:t>
            </w:r>
          </w:p>
        </w:tc>
        <w:tc>
          <w:tcPr>
            <w:tcW w:type="dxa" w:w="3118"/>
          </w:tcPr>
          <w:p>
            <w:pPr>
              <w:bidi w:val="1"/>
            </w:pPr>
            <w:r>
              <w:rPr>
                <w:rFonts w:ascii="Arial" w:hAnsi="Arial" w:cs="Arial"/>
                <w:b w:val="0"/>
                <w:sz w:val="20"/>
                <w:rtl w:val="1"/>
                <w:szCs w:val="20"/>
              </w:rPr>
              <w:t>מה / מי / מתי / היכן</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א</w:t>
            </w:r>
          </w:p>
        </w:tc>
        <w:tc>
          <w:tcPr>
            <w:tcW w:type="dxa" w:w="4535"/>
          </w:tcPr>
          <w:p>
            <w:pPr>
              <w:bidi w:val="1"/>
            </w:pPr>
            <w:r>
              <w:rPr>
                <w:rFonts w:ascii="Arial" w:hAnsi="Arial" w:cs="Arial"/>
                <w:b w:val="0"/>
                <w:sz w:val="20"/>
                <w:rtl w:val="1"/>
                <w:szCs w:val="20"/>
              </w:rPr>
              <w:t>לאתר פרט שכתוב בטקסט</w:t>
            </w:r>
          </w:p>
        </w:tc>
      </w:tr>
      <w:tr>
        <w:tc>
          <w:tcPr>
            <w:tcW w:type="dxa" w:w="567"/>
          </w:tcPr>
          <w:p>
            <w:pPr>
              <w:bidi w:val="1"/>
              <w:jc w:val="center"/>
            </w:pPr>
            <w:r>
              <w:rPr>
                <w:rFonts w:ascii="Arial" w:hAnsi="Arial" w:cs="Arial"/>
                <w:b w:val="0"/>
                <w:sz w:val="20"/>
                <w:rtl w:val="1"/>
                <w:szCs w:val="20"/>
              </w:rPr>
              <w:t>2</w:t>
            </w:r>
          </w:p>
        </w:tc>
        <w:tc>
          <w:tcPr>
            <w:tcW w:type="dxa" w:w="3118"/>
          </w:tcPr>
          <w:p>
            <w:pPr>
              <w:bidi w:val="1"/>
            </w:pPr>
            <w:r>
              <w:rPr>
                <w:rFonts w:ascii="Arial" w:hAnsi="Arial" w:cs="Arial"/>
                <w:b w:val="0"/>
                <w:sz w:val="20"/>
                <w:rtl w:val="1"/>
                <w:szCs w:val="20"/>
              </w:rPr>
              <w:t>העתיקו / מצאו</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ב</w:t>
            </w:r>
          </w:p>
        </w:tc>
        <w:tc>
          <w:tcPr>
            <w:tcW w:type="dxa" w:w="4535"/>
          </w:tcPr>
          <w:p>
            <w:pPr>
              <w:bidi w:val="1"/>
            </w:pPr>
            <w:r>
              <w:rPr>
                <w:rFonts w:ascii="Arial" w:hAnsi="Arial" w:cs="Arial"/>
                <w:b w:val="0"/>
                <w:sz w:val="20"/>
                <w:rtl w:val="1"/>
                <w:szCs w:val="20"/>
              </w:rPr>
              <w:t>להבין למה הכותב/ת כתב/ה חלק מסוים</w:t>
            </w:r>
          </w:p>
        </w:tc>
      </w:tr>
      <w:tr>
        <w:tc>
          <w:tcPr>
            <w:tcW w:type="dxa" w:w="567"/>
          </w:tcPr>
          <w:p>
            <w:pPr>
              <w:bidi w:val="1"/>
              <w:jc w:val="center"/>
            </w:pPr>
            <w:r>
              <w:rPr>
                <w:rFonts w:ascii="Arial" w:hAnsi="Arial" w:cs="Arial"/>
                <w:b w:val="0"/>
                <w:sz w:val="20"/>
                <w:rtl w:val="1"/>
                <w:szCs w:val="20"/>
              </w:rPr>
              <w:t>3</w:t>
            </w:r>
          </w:p>
        </w:tc>
        <w:tc>
          <w:tcPr>
            <w:tcW w:type="dxa" w:w="3118"/>
          </w:tcPr>
          <w:p>
            <w:pPr>
              <w:bidi w:val="1"/>
            </w:pPr>
            <w:r>
              <w:rPr>
                <w:rFonts w:ascii="Arial" w:hAnsi="Arial" w:cs="Arial"/>
                <w:b w:val="0"/>
                <w:sz w:val="20"/>
                <w:rtl w:val="1"/>
                <w:szCs w:val="20"/>
              </w:rPr>
              <w:t>שכנעו / כתבו מכתב</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ג</w:t>
            </w:r>
          </w:p>
        </w:tc>
        <w:tc>
          <w:tcPr>
            <w:tcW w:type="dxa" w:w="4535"/>
          </w:tcPr>
          <w:p>
            <w:pPr>
              <w:bidi w:val="1"/>
            </w:pPr>
            <w:r>
              <w:rPr>
                <w:rFonts w:ascii="Arial" w:hAnsi="Arial" w:cs="Arial"/>
                <w:b w:val="0"/>
                <w:sz w:val="20"/>
                <w:rtl w:val="1"/>
                <w:szCs w:val="20"/>
              </w:rPr>
              <w:t>להעתיק מילים מדויקות מהטקסט</w:t>
            </w:r>
          </w:p>
        </w:tc>
      </w:tr>
      <w:tr>
        <w:tc>
          <w:tcPr>
            <w:tcW w:type="dxa" w:w="567"/>
          </w:tcPr>
          <w:p>
            <w:pPr>
              <w:bidi w:val="1"/>
              <w:jc w:val="center"/>
            </w:pPr>
            <w:r>
              <w:rPr>
                <w:rFonts w:ascii="Arial" w:hAnsi="Arial" w:cs="Arial"/>
                <w:b w:val="0"/>
                <w:sz w:val="20"/>
                <w:rtl w:val="1"/>
                <w:szCs w:val="20"/>
              </w:rPr>
              <w:t>4</w:t>
            </w:r>
          </w:p>
        </w:tc>
        <w:tc>
          <w:tcPr>
            <w:tcW w:type="dxa" w:w="3118"/>
          </w:tcPr>
          <w:p>
            <w:pPr>
              <w:bidi w:val="1"/>
            </w:pPr>
            <w:r>
              <w:rPr>
                <w:rFonts w:ascii="Arial" w:hAnsi="Arial" w:cs="Arial"/>
                <w:b w:val="0"/>
                <w:sz w:val="20"/>
                <w:rtl w:val="1"/>
                <w:szCs w:val="20"/>
              </w:rPr>
              <w:t>מה מטרת / מה תפקיד</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ד</w:t>
            </w:r>
          </w:p>
        </w:tc>
        <w:tc>
          <w:tcPr>
            <w:tcW w:type="dxa" w:w="4535"/>
          </w:tcPr>
          <w:p>
            <w:pPr>
              <w:bidi w:val="1"/>
            </w:pPr>
            <w:r>
              <w:rPr>
                <w:rFonts w:ascii="Arial" w:hAnsi="Arial" w:cs="Arial"/>
                <w:b w:val="0"/>
                <w:sz w:val="20"/>
                <w:rtl w:val="1"/>
                <w:szCs w:val="20"/>
              </w:rPr>
              <w:t>לתת מקרה מוחשי שממחיש רעיון</w:t>
            </w:r>
          </w:p>
        </w:tc>
      </w:tr>
      <w:tr>
        <w:tc>
          <w:tcPr>
            <w:tcW w:type="dxa" w:w="567"/>
          </w:tcPr>
          <w:p>
            <w:pPr>
              <w:bidi w:val="1"/>
              <w:jc w:val="center"/>
            </w:pPr>
            <w:r>
              <w:rPr>
                <w:rFonts w:ascii="Arial" w:hAnsi="Arial" w:cs="Arial"/>
                <w:b w:val="0"/>
                <w:sz w:val="20"/>
                <w:rtl w:val="1"/>
                <w:szCs w:val="20"/>
              </w:rPr>
              <w:t>5</w:t>
            </w:r>
          </w:p>
        </w:tc>
        <w:tc>
          <w:tcPr>
            <w:tcW w:type="dxa" w:w="3118"/>
          </w:tcPr>
          <w:p>
            <w:pPr>
              <w:bidi w:val="1"/>
            </w:pPr>
            <w:r>
              <w:rPr>
                <w:rFonts w:ascii="Arial" w:hAnsi="Arial" w:cs="Arial"/>
                <w:b w:val="0"/>
                <w:sz w:val="20"/>
                <w:rtl w:val="1"/>
                <w:szCs w:val="20"/>
              </w:rPr>
              <w:t>הביאו דוגמה</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ה</w:t>
            </w:r>
          </w:p>
        </w:tc>
        <w:tc>
          <w:tcPr>
            <w:tcW w:type="dxa" w:w="4535"/>
          </w:tcPr>
          <w:p>
            <w:pPr>
              <w:bidi w:val="1"/>
            </w:pPr>
            <w:r>
              <w:rPr>
                <w:rFonts w:ascii="Arial" w:hAnsi="Arial" w:cs="Arial"/>
                <w:b w:val="0"/>
                <w:sz w:val="20"/>
                <w:rtl w:val="1"/>
                <w:szCs w:val="20"/>
              </w:rPr>
              <w:t>לכתוב טקסט קצר משלכם לפי סוגה</w:t>
            </w:r>
          </w:p>
        </w:tc>
      </w:tr>
    </w:tbl>
    <w:p>
      <w:pPr>
        <w:bidi w:val="1"/>
        <w:spacing w:after="40" w:before="0"/>
      </w:pPr>
    </w:p>
    <w:p>
      <w:pPr>
        <w:bidi w:val="1"/>
        <w:spacing w:after="60" w:before="0"/>
      </w:pPr>
      <w:r>
        <w:rPr>
          <w:rFonts w:ascii="Arial" w:hAnsi="Arial" w:cs="Arial"/>
          <w:b/>
          <w:color w:val="6B4FC4"/>
          <w:sz w:val="22"/>
          <w:rtl w:val="1"/>
          <w:szCs w:val="22"/>
          <w:bCs/>
        </w:rPr>
        <w:t>2. מיינו: לאיזה ממד שייכת כל שאלה? סמנו ✔ בעמודה המתאימה.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10"/>
        <w:gridCol w:w="5386"/>
        <w:gridCol w:w="1304"/>
        <w:gridCol w:w="1304"/>
        <w:gridCol w:w="1304"/>
      </w:tblGrid>
      <w:tr>
        <w:tc>
          <w:tcPr>
            <w:tcW w:type="dxa" w:w="510"/>
            <w:shd w:val="clear" w:fill="FDE4EE"/>
          </w:tcPr>
          <w:p>
            <w:pPr>
              <w:bidi w:val="1"/>
            </w:pPr>
            <w:r>
              <w:rPr>
                <w:rFonts w:ascii="Arial" w:hAnsi="Arial" w:cs="Arial"/>
                <w:b/>
                <w:color w:val="8C2556"/>
                <w:sz w:val="18"/>
                <w:rtl w:val="1"/>
                <w:szCs w:val="18"/>
                <w:bCs/>
              </w:rPr>
              <w:t>#</w:t>
            </w:r>
          </w:p>
        </w:tc>
        <w:tc>
          <w:tcPr>
            <w:tcW w:type="dxa" w:w="5386"/>
            <w:shd w:val="clear" w:fill="FDE4EE"/>
          </w:tcPr>
          <w:p>
            <w:pPr>
              <w:bidi w:val="1"/>
            </w:pPr>
            <w:r>
              <w:rPr>
                <w:rFonts w:ascii="Arial" w:hAnsi="Arial" w:cs="Arial"/>
                <w:b/>
                <w:color w:val="8C2556"/>
                <w:sz w:val="18"/>
                <w:rtl w:val="1"/>
                <w:szCs w:val="18"/>
                <w:bCs/>
              </w:rPr>
              <w:t>השאלה</w:t>
            </w:r>
          </w:p>
        </w:tc>
        <w:tc>
          <w:tcPr>
            <w:tcW w:type="dxa" w:w="1304"/>
            <w:shd w:val="clear" w:fill="FDE4EE"/>
          </w:tcPr>
          <w:p>
            <w:pPr>
              <w:bidi w:val="1"/>
            </w:pPr>
            <w:r>
              <w:rPr>
                <w:rFonts w:ascii="Arial" w:hAnsi="Arial" w:cs="Arial"/>
                <w:b/>
                <w:color w:val="8C2556"/>
                <w:sz w:val="18"/>
                <w:rtl w:val="1"/>
                <w:szCs w:val="18"/>
                <w:bCs/>
              </w:rPr>
              <w:t>🔍 איתור מידע</w:t>
            </w:r>
          </w:p>
        </w:tc>
        <w:tc>
          <w:tcPr>
            <w:tcW w:type="dxa" w:w="1304"/>
            <w:shd w:val="clear" w:fill="FDE4EE"/>
          </w:tcPr>
          <w:p>
            <w:pPr>
              <w:bidi w:val="1"/>
            </w:pPr>
            <w:r>
              <w:rPr>
                <w:rFonts w:ascii="Arial" w:hAnsi="Arial" w:cs="Arial"/>
                <w:b/>
                <w:color w:val="8C2556"/>
                <w:sz w:val="18"/>
                <w:rtl w:val="1"/>
                <w:szCs w:val="18"/>
                <w:bCs/>
              </w:rPr>
              <w:t>🧩 פרשנות והיסק</w:t>
            </w:r>
          </w:p>
        </w:tc>
        <w:tc>
          <w:tcPr>
            <w:tcW w:type="dxa" w:w="1304"/>
            <w:shd w:val="clear" w:fill="FDE4EE"/>
          </w:tcPr>
          <w:p>
            <w:pPr>
              <w:bidi w:val="1"/>
            </w:pPr>
            <w:r>
              <w:rPr>
                <w:rFonts w:ascii="Arial" w:hAnsi="Arial" w:cs="Arial"/>
                <w:b/>
                <w:color w:val="8C2556"/>
                <w:sz w:val="18"/>
                <w:rtl w:val="1"/>
                <w:szCs w:val="18"/>
                <w:bCs/>
              </w:rPr>
              <w:t>⚖️ הערכה וביקורת</w:t>
            </w:r>
          </w:p>
        </w:tc>
      </w:tr>
      <w:tr>
        <w:tc>
          <w:tcPr>
            <w:tcW w:type="dxa" w:w="510"/>
          </w:tcPr>
          <w:p>
            <w:pPr>
              <w:bidi w:val="1"/>
              <w:jc w:val="center"/>
            </w:pPr>
            <w:r>
              <w:rPr>
                <w:rFonts w:ascii="Arial" w:hAnsi="Arial" w:cs="Arial"/>
                <w:b w:val="0"/>
                <w:sz w:val="20"/>
                <w:rtl w:val="1"/>
                <w:szCs w:val="20"/>
              </w:rPr>
              <w:t>1</w:t>
            </w:r>
          </w:p>
        </w:tc>
        <w:tc>
          <w:tcPr>
            <w:tcW w:type="dxa" w:w="5386"/>
          </w:tcPr>
          <w:p>
            <w:pPr>
              <w:bidi w:val="1"/>
            </w:pPr>
            <w:r>
              <w:rPr>
                <w:rFonts w:ascii="Arial" w:hAnsi="Arial" w:cs="Arial"/>
                <w:b w:val="0"/>
                <w:sz w:val="20"/>
                <w:rtl w:val="1"/>
                <w:szCs w:val="20"/>
              </w:rPr>
              <w:t>ציינו ארבעה ליקויים במגרש, על פי פסקה 2.</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r>
        <w:tc>
          <w:tcPr>
            <w:tcW w:type="dxa" w:w="510"/>
          </w:tcPr>
          <w:p>
            <w:pPr>
              <w:bidi w:val="1"/>
              <w:jc w:val="center"/>
            </w:pPr>
            <w:r>
              <w:rPr>
                <w:rFonts w:ascii="Arial" w:hAnsi="Arial" w:cs="Arial"/>
                <w:b w:val="0"/>
                <w:sz w:val="20"/>
                <w:rtl w:val="1"/>
                <w:szCs w:val="20"/>
              </w:rPr>
              <w:t>2</w:t>
            </w:r>
          </w:p>
        </w:tc>
        <w:tc>
          <w:tcPr>
            <w:tcW w:type="dxa" w:w="5386"/>
          </w:tcPr>
          <w:p>
            <w:pPr>
              <w:bidi w:val="1"/>
            </w:pPr>
            <w:r>
              <w:rPr>
                <w:rFonts w:ascii="Arial" w:hAnsi="Arial" w:cs="Arial"/>
                <w:b w:val="0"/>
                <w:sz w:val="20"/>
                <w:rtl w:val="1"/>
                <w:szCs w:val="20"/>
              </w:rPr>
              <w:t>מה מציעים התלמידים לתרום בעצמם, לפי פסקה 5?</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r>
        <w:tc>
          <w:tcPr>
            <w:tcW w:type="dxa" w:w="510"/>
          </w:tcPr>
          <w:p>
            <w:pPr>
              <w:bidi w:val="1"/>
              <w:jc w:val="center"/>
            </w:pPr>
            <w:r>
              <w:rPr>
                <w:rFonts w:ascii="Arial" w:hAnsi="Arial" w:cs="Arial"/>
                <w:b w:val="0"/>
                <w:sz w:val="20"/>
                <w:rtl w:val="1"/>
                <w:szCs w:val="20"/>
              </w:rPr>
              <w:t>3</w:t>
            </w:r>
          </w:p>
        </w:tc>
        <w:tc>
          <w:tcPr>
            <w:tcW w:type="dxa" w:w="5386"/>
          </w:tcPr>
          <w:p>
            <w:pPr>
              <w:bidi w:val="1"/>
            </w:pPr>
            <w:r>
              <w:rPr>
                <w:rFonts w:ascii="Arial" w:hAnsi="Arial" w:cs="Arial"/>
                <w:b w:val="0"/>
                <w:sz w:val="20"/>
                <w:rtl w:val="1"/>
                <w:szCs w:val="20"/>
              </w:rPr>
              <w:t>מדוע לדעתכם כתבו התלמידים "אנו יודעים שתקציב המועצה מוגבל"? מה הם רצו להשיג בכך?</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r>
        <w:tc>
          <w:tcPr>
            <w:tcW w:type="dxa" w:w="510"/>
          </w:tcPr>
          <w:p>
            <w:pPr>
              <w:bidi w:val="1"/>
              <w:jc w:val="center"/>
            </w:pPr>
            <w:r>
              <w:rPr>
                <w:rFonts w:ascii="Arial" w:hAnsi="Arial" w:cs="Arial"/>
                <w:b w:val="0"/>
                <w:sz w:val="20"/>
                <w:rtl w:val="1"/>
                <w:szCs w:val="20"/>
              </w:rPr>
              <w:t>4</w:t>
            </w:r>
          </w:p>
        </w:tc>
        <w:tc>
          <w:tcPr>
            <w:tcW w:type="dxa" w:w="5386"/>
          </w:tcPr>
          <w:p>
            <w:pPr>
              <w:bidi w:val="1"/>
            </w:pPr>
            <w:r>
              <w:rPr>
                <w:rFonts w:ascii="Arial" w:hAnsi="Arial" w:cs="Arial"/>
                <w:b w:val="0"/>
                <w:sz w:val="20"/>
                <w:rtl w:val="1"/>
                <w:szCs w:val="20"/>
              </w:rPr>
              <w:t>מה מטרת הנספחים (העצומה והתמונות) שצורפו למכתב?</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bl>
    <w:p>
      <w:pPr>
        <w:bidi w:val="1"/>
        <w:spacing w:after="40" w:before="0"/>
      </w:pPr>
    </w:p>
    <w:p>
      <w:pPr>
        <w:bidi w:val="1"/>
        <w:spacing w:after="60" w:before="0"/>
      </w:pPr>
      <w:r>
        <w:rPr>
          <w:rFonts w:ascii="Arial" w:hAnsi="Arial" w:cs="Arial"/>
          <w:b/>
          <w:color w:val="6B4FC4"/>
          <w:sz w:val="22"/>
          <w:rtl w:val="1"/>
          <w:szCs w:val="22"/>
          <w:bCs/>
        </w:rPr>
        <w:t>3. בחרו את התשובה הנכונה לפי הטקסט. הקיפו את האות.</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מהבאים הוא בעיה במגרש?</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אין תאורה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יש יותר מדי ספסלים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הדשא גבוה</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התלמידים יעשו בעצמם?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ינקו ויצבעו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יבנו מגרש חדש</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ישלמו על השיפוץ</w:t>
      </w:r>
    </w:p>
    <w:p>
      <w:pPr>
        <w:pStyle w:val="Heading2"/>
        <w:bidi w:val="1"/>
      </w:pPr>
      <w:r>
        <w:rPr>
          <w:rFonts w:ascii="Arial" w:hAnsi="Arial" w:cs="Arial"/>
          <w:b/>
          <w:color w:val="2B8F86"/>
          <w:sz w:val="30"/>
          <w:rtl w:val="1"/>
          <w:szCs w:val="30"/>
          <w:bCs/>
        </w:rPr>
        <w:t>חלק ג׳ – כותבים תשובה מלאה</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האם לדעתכם המכתב כתוב בלשון מתאימה למכתב רשמי? הביאו שתי דוגמאות מהמכתב והציעו שיפור אחד.</w:t>
      </w:r>
      <w:r>
        <w:rPr>
          <w:rFonts w:ascii="Arial" w:hAnsi="Arial" w:cs="Arial"/>
          <w:b w:val="0"/>
          <w:color w:val="7A7392"/>
          <w:sz w:val="17"/>
          <w:rtl w:val="1"/>
          <w:szCs w:val="17"/>
        </w:rPr>
        <w:t xml:space="preserve">  (שאלה 9 בטקסט · הערכה וביקורת)</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לפני שעונים: סמנו את מילות השאלה וכתבו לעצמכם ״מה עליי לעשות״. אחר כך ענו: עמדה + נימוקים + קשר לטקסט.</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פתחתי במילים מהשאלה    ☐ עניתי על כל חלקי השאלה    ☐ נימקתי וקישרתי לטקסט</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שאלה אחת שלמדתי לזהות היום ומה היא דורשת: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השלב מתוך החמישה שהכי עזר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שאלה שעדיין קשה לי לפרק: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דף תרגול · בקשה לשיפוץ מגרש הספורט בשכונת הגפן · כיתה ח׳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 בקשה לשיפוץ מגרש הספורט בשכונת הגפן · כיתה ח׳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