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״בקשה לשיפוץ מגרש הספורט בשכונת הגפן״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7"/>
          <w:rtl w:val="1"/>
          <w:szCs w:val="27"/>
        </w:rPr>
        <w:t>דף תרגול קצר: הטקסט, חמשת שלבי פירוק השאלה, מיון לפי ממדים, שאלות בחירה, כתיבה וכרטיס יציאה. מכתב · כיתה ח׳ · מסלול חנ״מ – מותאם.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4"/>
          <w:rtl w:val="1"/>
          <w:szCs w:val="24"/>
        </w:rPr>
        <w:t>⏱️ כ־35–45 דקות. השאלות לקוחות מהטקסט שבאתר (עמוד ״תרגול״ ו״פרקו את השאלה״). בגרסה זו: טקסט בעברית פשוטה, פחות פריטים, 3 אפשרויות ומשפטי פתיחה.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🔑 מפתח תשובות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א׳ 1 · </w:t>
      </w:r>
      <w:r>
        <w:rPr>
          <w:rFonts w:ascii="Arial" w:hAnsi="Arial" w:cs="Arial"/>
          <w:b w:val="0"/>
          <w:sz w:val="22"/>
          <w:rtl w:val="1"/>
          <w:szCs w:val="22"/>
        </w:rPr>
        <w:t>ממד: איתור מידע | תשובה נכונה: א. לראש המועצה המקומית | משפט מלא: את המכתב כתבו… והוא נשלח ל…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א׳ 2 · </w:t>
      </w:r>
      <w:r>
        <w:rPr>
          <w:rFonts w:ascii="Arial" w:hAnsi="Arial" w:cs="Arial"/>
          <w:b w:val="0"/>
          <w:sz w:val="22"/>
          <w:rtl w:val="1"/>
          <w:szCs w:val="22"/>
        </w:rPr>
        <w:t>ממד: פרשנות והיסק | תשובה נכונה: א. מסדרות את הנימוקים | משפט מלא: המילים האלה עוזרות ל…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1 · </w:t>
      </w:r>
      <w:r>
        <w:rPr>
          <w:rFonts w:ascii="Arial" w:hAnsi="Arial" w:cs="Arial"/>
          <w:b w:val="0"/>
          <w:sz w:val="22"/>
          <w:rtl w:val="1"/>
          <w:szCs w:val="22"/>
        </w:rPr>
        <w:t>1–ג · 2–א · 3–ב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2 · </w:t>
      </w:r>
      <w:r>
        <w:rPr>
          <w:rFonts w:ascii="Arial" w:hAnsi="Arial" w:cs="Arial"/>
          <w:b w:val="0"/>
          <w:sz w:val="22"/>
          <w:rtl w:val="1"/>
          <w:szCs w:val="22"/>
        </w:rPr>
        <w:t>1 – איתור מידע · 2 – פרשנות והיסק · 3 – הערכה וביקורת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3 · </w:t>
      </w:r>
      <w:r>
        <w:rPr>
          <w:rFonts w:ascii="Arial" w:hAnsi="Arial" w:cs="Arial"/>
          <w:b w:val="0"/>
          <w:sz w:val="22"/>
          <w:rtl w:val="1"/>
          <w:szCs w:val="22"/>
        </w:rPr>
        <w:t>1 – א (אין תאורה) · 2 – א (ינקו ויצבעו)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ג׳ 1 · </w:t>
      </w:r>
      <w:r>
        <w:rPr>
          <w:rFonts w:ascii="Arial" w:hAnsi="Arial" w:cs="Arial"/>
          <w:b w:val="0"/>
          <w:sz w:val="22"/>
          <w:rtl w:val="1"/>
          <w:szCs w:val="22"/>
        </w:rPr>
        <w:t>תשובה צפויה: א. "בכבוד רב" | ממד: הערכה וביקורת | בשאלת עמדה – מקבלים כל תשובה מנומקת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🎟️ כרטיס יציאה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4"/>
          <w:rtl w:val="1"/>
          <w:szCs w:val="24"/>
        </w:rPr>
        <w:t>תשובות אישיות. כדאי לאסוף ולבדוק: האם התלמידים והתלמידות מזהים מילת שאלה ויודעים מה היא דורשת?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התלמיד/ה – ״בקשה לשיפוץ מגרש הספורט בשכונת הגפן״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מכתב · כיתה ח׳ · מסלול חנ״מ – מותאם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מכתב · עברית פשוטה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בקשה לשיפוץ מגרש הספורט בשכונת הגפן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5D5675"/>
                <w:sz w:val="26"/>
                <w:rtl w:val="1"/>
                <w:szCs w:val="26"/>
                <w:bCs/>
              </w:rPr>
              <w:t>מכתב רשמי של מועצת התלמידים אל ראש המועצה המקומית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(1)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לכבוד ראש המועצה המקומית. הנדון: שיפוץ מגרש הספורט בשכונת הגפן. שלום רב.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(2)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אנחנו מועצת התלמידים. מגרש הספורט הוא המקום היחיד בשכונה לשחק בחינם. היום המצב שלו רע. המשטח סדוק, סל שבור, הגדר קרועה ואין תאורה.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(3)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אנחנו מבקשים לשפץ את המגרש עד הקיץ. לתקן את המשטח, הסלים, השערים והגדר. להוסיף תאורה עד תשע בערב. גם ספסלים וברזייה.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(4)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למה? 1. בטיחות: שלושה ילדים נפצעו קל. 2. בריאות: נצא מהבית ונתאמן. 3. קהילה: ילדים מכל השכונה נפגשים שם.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(5)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אנחנו רוצים לעזור. נתנדב לנקות ולצבוע. צירפנו עצומה עם 210 חתימות ותמונות.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(6)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נשמח להיפגש. תודה, יעל ומוחמד, מועצת התלמידים.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הנדון – הנושא של המכתב · מתוחזק – שמטפלים בו ושומרים עליו במצב טוב · תקציב – הכסף שיש למוסד להוציא · עצומה – מכתב או רשימה שהרבה אנשים חותמים עליה כדי לבקש משהו · נציג – מי שבא בשם מישהו אחר · רווח – תועלת, דבר טוב שמקבלים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 – קוראים את השאלה ועונים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השאלה. סמנו את מילת השאלה. בחרו ממד. בחרו תשובה, והשלימו את המשפט.</w:t>
            </w:r>
          </w:p>
        </w:tc>
      </w:tr>
    </w:tbl>
    <w:p>
      <w:pPr>
        <w:bidi w:val="1"/>
        <w:spacing w:after="40" w:before="0"/>
      </w:pP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למי נשלח המכתב?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 xml:space="preserve">ממד:  </w:t>
      </w:r>
      <w:r>
        <w:rPr>
          <w:rFonts w:ascii="Arial" w:hAnsi="Arial" w:cs="Arial"/>
          <w:b/>
          <w:color w:val="1F7A72"/>
          <w:sz w:val="25"/>
          <w:rtl w:val="1"/>
          <w:szCs w:val="25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5"/>
          <w:rtl w:val="1"/>
          <w:szCs w:val="25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5"/>
          <w:rtl w:val="1"/>
          <w:szCs w:val="25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לראש המועצה המקומית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למנהלת בית הספר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להורים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✏️ את המכתב כתבו… והוא נשלח ל… 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מה עושות המילים "ראשית, שנית, שלישית"?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 xml:space="preserve">ממד:  </w:t>
      </w:r>
      <w:r>
        <w:rPr>
          <w:rFonts w:ascii="Arial" w:hAnsi="Arial" w:cs="Arial"/>
          <w:b/>
          <w:color w:val="1F7A72"/>
          <w:sz w:val="25"/>
          <w:rtl w:val="1"/>
          <w:szCs w:val="25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5"/>
          <w:rtl w:val="1"/>
          <w:szCs w:val="25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5"/>
          <w:rtl w:val="1"/>
          <w:szCs w:val="25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מסדרות את הנימוקים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מביעות ניגוד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מתארות זמן ביום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✏️ המילים האלה עוזרות ל… 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 – מילות שאלה, ממדים והבנה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1. התאימו: מילת שאלה ← מה עושים. כתבו את האות ליד המספר.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67"/>
        <w:gridCol w:w="3118"/>
        <w:gridCol w:w="907"/>
        <w:gridCol w:w="510"/>
        <w:gridCol w:w="4535"/>
      </w:tblGrid>
      <w:tr>
        <w:tc>
          <w:tcPr>
            <w:tcW w:type="dxa" w:w="56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#</w:t>
            </w:r>
          </w:p>
        </w:tc>
        <w:tc>
          <w:tcPr>
            <w:tcW w:type="dxa" w:w="3118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מילת השאלה</w:t>
            </w:r>
          </w:p>
        </w:tc>
        <w:tc>
          <w:tcPr>
            <w:tcW w:type="dxa" w:w="90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האות</w:t>
            </w:r>
          </w:p>
        </w:tc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</w:r>
          </w:p>
        </w:tc>
        <w:tc>
          <w:tcPr>
            <w:tcW w:type="dxa" w:w="4535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מה עליי לעשות?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1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איזו כותרת מתאימה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א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לענות רק ממה שכתוב, לא מהידע שלי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2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על פי / לפי הטקסט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ב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ליצור רעיון חדש שמתאים לטקסט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3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הציעו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ג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לבחור או לנסח כותרת שמסכמת את הרעיון המרכזי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2. מיינו: לאיזה ממד שייכת כל שאלה? סמנו ✔ בעמודה המתאימה.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10"/>
        <w:gridCol w:w="5386"/>
        <w:gridCol w:w="1304"/>
        <w:gridCol w:w="1304"/>
        <w:gridCol w:w="1304"/>
      </w:tblGrid>
      <w:tr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#</w:t>
            </w:r>
          </w:p>
        </w:tc>
        <w:tc>
          <w:tcPr>
            <w:tcW w:type="dxa" w:w="5386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השאלה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🔍 איתור מידע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🧩 פרשנות והיסק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⚖️ הערכה וביקורת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1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ציינו ארבעה ליקויים במגרש, על פי פסקה 2.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2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מה מטרת הנספחים (העצומה והתמונות) שצורפו למכתב?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3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איזה מבין שלושת הנימוקים בפסקה 4 הוא המשכנע ביותר לדעתכם? נמקו.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3. בחרו את התשובה הנכונה לפי הטקסט. הקיפו את האות.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מה מהבאים הוא בעיה במגרש?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אין תאורה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יש יותר מדי ספסלים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הדשא גבוה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התלמידים יעשו בעצמם?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ינקו ויצבעו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יבנו מגרש חדש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ישלמו על השיפוץ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 – כותבים תשובה מלאה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איזה ביטוי מראה לשון רשמית?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"בכבוד רב"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"יאללה ביי"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"מה נשמע"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✏️ הלשון במכתב… למשל… הייתי משפר/ת… 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כתבתי משפט מלא    ☐ כתבתי ״כי…״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מה למדתי היום? מילת שאלה אחת: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2. מה היה לי קל? ומה היה לי קשה?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דף תרגול · בקשה לשיפוץ מגרש הספורט בשכונת הגפן · כיתה ח׳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בקשה לשיפוץ מגרש הספורט בשכונת הגפן · כיתה ח׳ ·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