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״המסע הארוך של בקבוק קטן״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מאמר מידע · כיתה ח׳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מנפט ומגז | משפט מלא: מייצרים פלסטיק מ…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קליפה מתפרקת, בקבוק לא | משפט מלא: קליפת תפוז… אבל פלסטיק…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2–ב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ב (טוחנים אותו לפתיתים) · 2 – א (שהיא מדוזה)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להביא בקבוק רב־פעמי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״המסע הארוך של בקבוק קטן״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מאמר מידע · כיתה ח׳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המסע הארוך של בקבוק קטן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בקבוק מים משמש אותנו כמה דקות – אבל מה קורה לו לפני כן ואחרי כן?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שותים בקבוק מים בחצי שעה. אבל הבקבוק יכול להישאר בטבע מאות שנים.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בקבוקים עשויים מפלסטיק. מייצרים פלסטיק מנפט ומגז. הם לא מתחדשים. במפעל מחממים ומנפחים את הפלסטיק. זה צורך הרבה אנרגיה.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פלסטיק לא נעלם כמו קליפת תפוז. הוא מתפורר לחתיכות קטנות. החתיכות הכי קטנות נקראות מיקרופלסטיק. הן נמצאות בים ובגוף של דגים.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בקבוק ברחוב יכול להגיע לים. צב ים יכול לחשוב ששקית היא מדוזה. בעלי חיים בולעים פלסטיק ונפגעים.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אפשר למחזר בקבוק. טוחנים אותו ועושים ממנו בגדים או בקבוקים חדשים. אבל גם מחזור צורך אנרגיה.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הכי חשוב לצמצם פלסטיק חד־פעמי. אפשר להשתמש בבקבוק רב־פעמי ובקופסת אוכל. פעולות קטנות עוזרות.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מתכלה – מתפרק בטבע ונעלם עם הזמן · משאבים – חומרים מהטבע שבני אדם משתמשים בהם · מתחדשים – חוזרים ונוצרים מחדש בטבע · מיקרופלסטיק – חתיכות פלסטיק קטנות מאוד · מחזור – שימוש בחומר ישן כדי לייצר מוצר חדש · לצמצם – להקטין, להשתמש פחות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ממה מייצרים פלסטיק?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מנפט ומגז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מעצים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מחול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מייצרים פלסטיק מ…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ההבדל בין קליפת תפוז לבקבוק?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קליפה מתפרקת, בקבוק לא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שניהם נעלמים מהר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בקבוק מתפרק מהר יותר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קליפת תפוז… אבל פלסטיק…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לזהות את קהל היעד לפי רמזים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נמקו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להוסיף סיבה לכל טענה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למי מיועד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לענות רק ממה שכתוב, לא מהידע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שלושה שלבים בתהליך המחזור של בקבוק, לפי פסקה 5.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תפקיד המילים "אולם המחזור אינו פתרון קסם" בפסקה 5?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הכותב טוען שצמצום עדיף על מחזור. האם אתם מסכימים? נמקו בעזרת מידע מהמאמר.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לבקבוק במחזור?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שורפים אותו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טוחנים אותו לפתיתים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קוברים אותו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עלול צב ים לחשוב על שקית?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שהיא מדוזה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שהיא אבן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שהיא דג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אפשר לעשות בכיתה?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להביא בקבוק רב־פעמי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לקנות יותר שקיות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לזרוק בקבוקים בחצר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אני מציע/ה… זה מעשי כי…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המסע הארוך של בקבוק קטן · כיתה ח׳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המסע הארוך של בקבוק קטן · כיתה ח׳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